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Report Template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PROFESSIONAL REPORT TEMPLATE</w:t>
      </w:r>
    </w:p>
    <w:p>
      <w:r>
        <w:t>Report title: [Title]</w:t>
      </w:r>
    </w:p>
    <w:p>
      <w:r>
        <w:t>Reporting period: [Start – End]</w:t>
      </w:r>
    </w:p>
    <w:p>
      <w:r>
        <w:t>Prepared by: [Name / department]</w:t>
      </w:r>
    </w:p>
    <w:p>
      <w:r>
        <w:t>Date: [Date]</w:t>
      </w:r>
    </w:p>
    <w:p>
      <w:r>
        <w:t>1. EXECUTIVE SUMMARY</w:t>
      </w:r>
    </w:p>
    <w:p>
      <w:r>
        <w:t>[Brief summary of purpose and main findings.]</w:t>
      </w:r>
    </w:p>
    <w:p>
      <w:r>
        <w:t>2. OBJECTIVES</w:t>
      </w:r>
    </w:p>
    <w:p>
      <w:r>
        <w:t>[List objectives.]</w:t>
      </w:r>
    </w:p>
    <w:p>
      <w:r>
        <w:t>3. DATA / METHOD</w:t>
      </w:r>
    </w:p>
    <w:p>
      <w:r>
        <w:t>[Sources, scope and method used.]</w:t>
      </w:r>
    </w:p>
    <w:p>
      <w:r>
        <w:t>4. KEY FINDINGS</w:t>
      </w:r>
    </w:p>
    <w:p>
      <w:r>
        <w:t>[Findings supported by data.]</w:t>
      </w:r>
    </w:p>
    <w:p>
      <w:r>
        <w:t>5. RISKS / ISSUES</w:t>
      </w:r>
    </w:p>
    <w:p>
      <w:r>
        <w:t>[Issue, impact, owner and mitigation.]</w:t>
      </w:r>
    </w:p>
    <w:p>
      <w:r>
        <w:t>6. RECOMMENDATIONS</w:t>
      </w:r>
    </w:p>
    <w:p>
      <w:r>
        <w:t>[Prioritized recommendations.]</w:t>
      </w:r>
    </w:p>
    <w:p>
      <w:r>
        <w:t>7. ACTION PLAN</w:t>
      </w:r>
    </w:p>
    <w:p>
      <w:r>
        <w:t>Action | Owner | Due date | Status</w:t>
      </w:r>
    </w:p>
    <w:p>
      <w:r>
        <w:t>8. APPENDIX / SOURCES</w:t>
      </w:r>
    </w:p>
    <w:p>
      <w:r>
        <w:t>[Supporting material and source links.]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Task / Item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Owner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Start 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Due 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Priority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Report_Template.xlsx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