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Recruitment Interview Scorecard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INTERVIEW SCORECARD</w:t>
      </w:r>
    </w:p>
    <w:p>
      <w:r>
        <w:t>Candidate: __________________ Role: _________________________</w:t>
      </w:r>
    </w:p>
    <w:p>
      <w:r>
        <w:t>Interview date: ______________ Interviewer: _________________</w:t>
      </w:r>
    </w:p>
    <w:p>
      <w:r>
        <w:t>Skill / competency | Rating (1-5) | Evidence / notes</w:t>
      </w:r>
    </w:p>
    <w:p>
      <w:r>
        <w:t>Role knowledge: _____________________________________________</w:t>
      </w:r>
    </w:p>
    <w:p>
      <w:r>
        <w:t>Communication: _____________________________________________</w:t>
      </w:r>
    </w:p>
    <w:p>
      <w:r>
        <w:t>Problem solving: ___________________________________________</w:t>
      </w:r>
    </w:p>
    <w:p>
      <w:r>
        <w:t>Relevant experience: _______________________________________</w:t>
      </w:r>
    </w:p>
    <w:p>
      <w:r>
        <w:t>Teamwork: __________________________________________________</w:t>
      </w:r>
    </w:p>
    <w:p>
      <w:r>
        <w:t>Overall recommendation: [ ] Strong Yes [ ] Yes [ ] Hold [ ] No</w:t>
      </w:r>
    </w:p>
    <w:p>
      <w:r>
        <w:t>Next step / comments: _______________________________________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Employee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Employee Name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Basic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Allowances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Gross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Deductions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Net Salary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Remarks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Recruitment_Interview_Scorecard.xlsx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