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Plan Template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PROJECT PLAN TEMPLATE</w:t>
      </w:r>
    </w:p>
    <w:p>
      <w:r>
        <w:t>Project: [Name]</w:t>
      </w:r>
    </w:p>
    <w:p>
      <w:r>
        <w:t>Sponsor / owner: [Name]</w:t>
      </w:r>
    </w:p>
    <w:p>
      <w:r>
        <w:t>Start date: [Date] | Target completion: [Date]</w:t>
      </w:r>
    </w:p>
    <w:p>
      <w:r>
        <w:t>OBJECTIVE &amp; SUCCESS MEASURES</w:t>
      </w:r>
    </w:p>
    <w:p>
      <w:r>
        <w:t>[Outcome and measurable success criteria.]</w:t>
      </w:r>
    </w:p>
    <w:p>
      <w:r>
        <w:t>SCOPE</w:t>
      </w:r>
    </w:p>
    <w:p>
      <w:r>
        <w:t>Included: [Details]</w:t>
      </w:r>
    </w:p>
    <w:p>
      <w:r>
        <w:t>Excluded: [Details]</w:t>
      </w:r>
    </w:p>
    <w:p>
      <w:r>
        <w:t>MILESTONES</w:t>
      </w:r>
    </w:p>
    <w:p>
      <w:r>
        <w:t>Milestone | Owner | Target date | Status</w:t>
      </w:r>
    </w:p>
    <w:p>
      <w:r>
        <w:t>RISKS / DEPENDENCIES</w:t>
      </w:r>
    </w:p>
    <w:p>
      <w:r>
        <w:t>Risk | Impact | Mitigation | Owner</w:t>
      </w:r>
    </w:p>
    <w:p>
      <w:r>
        <w:t>COMMUNICATION PLAN</w:t>
      </w:r>
    </w:p>
    <w:p>
      <w:r>
        <w:t>Audience | Frequency | Channel | Owner</w:t>
      </w:r>
    </w:p>
    <w:p>
      <w:r>
        <w:t>APPROVALS</w:t>
      </w:r>
    </w:p>
    <w:p>
      <w:r>
        <w:t>[Name / role / date]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Task / Item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Start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Due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Priority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Project_Plan_Template.xlsx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