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Post Office RD Planner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POST OFFICE RECURRING DEPOSIT PLANNER</w:t>
      </w:r>
    </w:p>
    <w:p>
      <w:r>
        <w:t>Monthly deposit:</w:t>
      </w:r>
    </w:p>
    <w:p>
      <w:r>
        <w:t>Tenure:</w:t>
      </w:r>
    </w:p>
    <w:p>
      <w:r>
        <w:t>Official rate entered by user:</w:t>
      </w:r>
    </w:p>
    <w:p>
      <w:r>
        <w:t>Estimated maturity:</w:t>
      </w:r>
    </w:p>
    <w:p>
      <w:r>
        <w:t>Premature closure rules:</w:t>
      </w:r>
    </w:p>
    <w:p>
      <w:r>
        <w:t>Official source/date checked:</w:t>
      </w:r>
    </w:p>
    <w:p>
      <w:r>
        <w:t>Verify current rate and terms with India Post.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Post_Office_RD_Planner.xlsx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