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Minutes Template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MEETING MINUTES TEMPLATE</w:t>
      </w:r>
    </w:p>
    <w:p>
      <w:r>
        <w:t>Meeting title: [Title]</w:t>
      </w:r>
    </w:p>
    <w:p>
      <w:r>
        <w:t>Date / time: [Date / time]</w:t>
      </w:r>
    </w:p>
    <w:p>
      <w:r>
        <w:t>Location / link: [Location]</w:t>
      </w:r>
    </w:p>
    <w:p>
      <w:r>
        <w:t>Chair: [Name]</w:t>
      </w:r>
    </w:p>
    <w:p>
      <w:r>
        <w:t>Attendees: [Names]</w:t>
      </w:r>
    </w:p>
    <w:p>
      <w:r>
        <w:t>Apologies: [Names]</w:t>
      </w:r>
    </w:p>
    <w:p>
      <w:r>
        <w:t>AGENDA</w:t>
      </w:r>
    </w:p>
    <w:p>
      <w:r>
        <w:t>1. [Topic]</w:t>
      </w:r>
    </w:p>
    <w:p>
      <w:r>
        <w:t>2. [Topic]</w:t>
      </w:r>
    </w:p>
    <w:p>
      <w:r>
        <w:t>DISCUSSION &amp; DECISIONS</w:t>
      </w:r>
    </w:p>
    <w:p>
      <w:r>
        <w:t>Topic | Summary | Decision</w:t>
      </w:r>
    </w:p>
    <w:p>
      <w:r>
        <w:t>[Topic] | [Summary] | [Decision]</w:t>
      </w:r>
    </w:p>
    <w:p>
      <w:r>
        <w:t>ACTION ITEMS</w:t>
      </w:r>
    </w:p>
    <w:p>
      <w:r>
        <w:t>Action | Owner | Due date | Status</w:t>
      </w:r>
    </w:p>
    <w:p>
      <w:r>
        <w:t>[Action] | [Owner] | [Date] | [Status]</w:t>
      </w:r>
    </w:p>
    <w:p>
      <w:r>
        <w:t>Next meeting: [Date / time]</w:t>
      </w:r>
    </w:p>
    <w:p>
      <w:r>
        <w:t>Minutes prepared by: [Name]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Task / Item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Owner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Start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Due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Priority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Meeting_Minutes_Template.xlsx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