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Employee Onboarding Checklist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KIRANDIGITALHUB — EMPLOYEE ONBOARDING CHECKLIST</w:t>
      </w:r>
    </w:p>
    <w:p>
      <w:r>
        <w:t>Employee name: __________________  Employee ID: ______________</w:t>
      </w:r>
    </w:p>
    <w:p>
      <w:r>
        <w:t>Designation / Department: _________________________________</w:t>
      </w:r>
    </w:p>
    <w:p>
      <w:r>
        <w:t>Joining date: ______________  Reporting manager: ______________</w:t>
      </w:r>
    </w:p>
    <w:p>
      <w:r>
        <w:t>PRE-JOINING</w:t>
      </w:r>
    </w:p>
    <w:p>
      <w:r>
        <w:t>[ ] Offer accepted  [ ] Documents collected  [ ] Background checks completed</w:t>
      </w:r>
    </w:p>
    <w:p>
      <w:r>
        <w:t>[ ] Payroll/bank details collected  [ ] System/access request raised</w:t>
      </w:r>
    </w:p>
    <w:p>
      <w:r>
        <w:t>JOINING DAY</w:t>
      </w:r>
    </w:p>
    <w:p>
      <w:r>
        <w:t>[ ] ID card  [ ] Attendance access  [ ] Policy acknowledgement</w:t>
      </w:r>
    </w:p>
    <w:p>
      <w:r>
        <w:t>[ ] Introduction to team  [ ] Workplace tour</w:t>
      </w:r>
    </w:p>
    <w:p>
      <w:r>
        <w:t>FIRST WEEK</w:t>
      </w:r>
    </w:p>
    <w:p>
      <w:r>
        <w:t>[ ] Role expectations discussed  [ ] Training plan shared</w:t>
      </w:r>
    </w:p>
    <w:p>
      <w:r>
        <w:t>[ ] Safety/compliance briefing  [ ] Review meeting scheduled</w:t>
      </w:r>
    </w:p>
    <w:p>
      <w:r>
        <w:t>Notes / owner / due date: ___________________________________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Employee ID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Employee Name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Basic Salary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Allowances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Gross Salary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Deductions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Net Salary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Remarks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Employee_Onboarding_Checklist.xlsx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