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Content Calendar Template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CONTENT CALENDAR</w:t>
      </w:r>
    </w:p>
    <w:p>
      <w:r>
        <w:t>Publish date | Platform | Topic | Format | Caption / hook | CTA | Owner | Status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Campaign goal: __________________ KPI: 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Record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Name / Title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Category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Amount / Score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Content_Calendar_Template.xlsx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